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802" w:rsidRDefault="00BB1802" w:rsidP="00BB18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61C4B" wp14:editId="1428759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02" w:rsidRDefault="00BB1802" w:rsidP="00BB18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BB1802" w:rsidRDefault="00BB1802" w:rsidP="00BB180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 w:rsidR="00B31CF5">
        <w:rPr>
          <w:rFonts w:ascii="Times New Roman" w:hAnsi="Times New Roman" w:cs="Times New Roman"/>
          <w:b/>
          <w:sz w:val="24"/>
          <w:szCs w:val="24"/>
          <w:lang w:val="en-GB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B31CF5">
        <w:rPr>
          <w:rFonts w:ascii="Times New Roman" w:hAnsi="Times New Roman" w:cs="Times New Roman"/>
          <w:b/>
          <w:sz w:val="24"/>
          <w:szCs w:val="24"/>
          <w:lang w:val="en-GB"/>
        </w:rPr>
        <w:t>AUGUST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2025 </w:t>
      </w:r>
      <w:r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31CF5">
        <w:rPr>
          <w:rFonts w:ascii="Times New Roman" w:hAnsi="Times New Roman" w:cs="Times New Roman"/>
          <w:b/>
          <w:sz w:val="24"/>
          <w:szCs w:val="24"/>
          <w:lang w:val="en-GB"/>
        </w:rPr>
        <w:t>DIPLOMA IN BUSINESS MANAGEMENT</w:t>
      </w:r>
      <w:bookmarkStart w:id="0" w:name="_GoBack"/>
      <w:bookmarkEnd w:id="0"/>
    </w:p>
    <w:p w:rsidR="00BB1802" w:rsidRDefault="00B31CF5" w:rsidP="00BB18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RBM 010: INTRODUCTION TO ICT</w:t>
      </w:r>
    </w:p>
    <w:p w:rsidR="00BB1802" w:rsidRDefault="00BB1802" w:rsidP="00BB1802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</w:rPr>
        <w:tab/>
        <w:t>TIME: 2 HOURS</w:t>
      </w:r>
    </w:p>
    <w:p w:rsidR="00BB1802" w:rsidRDefault="00BB1802" w:rsidP="00BB1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</w:p>
    <w:p w:rsidR="00BB1802" w:rsidRDefault="00BB1802" w:rsidP="00BB1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BB1802" w:rsidRDefault="00BB1802" w:rsidP="00BB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your phone(s) switched off at the front of the examination room.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Marks indicated in parenthesis i.e. ( ) will be awarded for clear and logical answers.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BB1802" w:rsidRDefault="00BB1802" w:rsidP="00BB1802">
      <w:pPr>
        <w:pStyle w:val="Heading1"/>
        <w:keepLines w:val="0"/>
        <w:numPr>
          <w:ilvl w:val="0"/>
          <w:numId w:val="17"/>
        </w:numPr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BB1802" w:rsidRDefault="00BB1802" w:rsidP="00BB180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B1802" w:rsidRDefault="00BB1802" w:rsidP="00BB180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B1802" w:rsidRDefault="00BB1802" w:rsidP="00BB180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B1802" w:rsidRDefault="00BB1802" w:rsidP="00195626">
      <w:pPr>
        <w:spacing w:after="0"/>
        <w:ind w:left="14"/>
        <w:rPr>
          <w:rFonts w:ascii="Times New Roman" w:hAnsi="Times New Roman" w:cs="Times New Roman"/>
          <w:sz w:val="24"/>
          <w:szCs w:val="24"/>
        </w:rPr>
      </w:pPr>
    </w:p>
    <w:p w:rsidR="00B31CF5" w:rsidRDefault="00B31CF5" w:rsidP="00195626">
      <w:pPr>
        <w:spacing w:after="0"/>
        <w:ind w:left="14"/>
        <w:rPr>
          <w:rFonts w:ascii="Times New Roman" w:hAnsi="Times New Roman" w:cs="Times New Roman"/>
          <w:sz w:val="24"/>
          <w:szCs w:val="24"/>
        </w:rPr>
      </w:pPr>
    </w:p>
    <w:p w:rsidR="00195626" w:rsidRPr="00F9189B" w:rsidRDefault="00195626" w:rsidP="00195626">
      <w:pPr>
        <w:spacing w:after="0"/>
        <w:ind w:left="14"/>
        <w:rPr>
          <w:rFonts w:ascii="Times New Roman" w:hAnsi="Times New Roman" w:cs="Times New Roman"/>
          <w:sz w:val="24"/>
          <w:szCs w:val="24"/>
        </w:rPr>
      </w:pPr>
      <w:r w:rsidRPr="00F9189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B1802">
        <w:rPr>
          <w:rFonts w:ascii="Times New Roman" w:hAnsi="Times New Roman" w:cs="Times New Roman"/>
          <w:b/>
          <w:sz w:val="24"/>
          <w:szCs w:val="24"/>
        </w:rPr>
        <w:t>QUESTION ONE (3</w:t>
      </w:r>
      <w:r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4F3DCA" w:rsidRPr="004B5402" w:rsidRDefault="009043C9" w:rsidP="004F3D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Show your understanding of the following terms as used in the computer.</w:t>
      </w:r>
      <w:r w:rsidR="004F3DCA" w:rsidRPr="004B5402">
        <w:rPr>
          <w:rFonts w:ascii="Times New Roman" w:hAnsi="Times New Roman" w:cs="Times New Roman"/>
          <w:sz w:val="24"/>
          <w:szCs w:val="24"/>
        </w:rPr>
        <w:t xml:space="preserve"> </w:t>
      </w:r>
      <w:r w:rsidRPr="004B5402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4F3DCA" w:rsidRPr="004B5402" w:rsidRDefault="009043C9" w:rsidP="004F3DCA">
      <w:pPr>
        <w:pStyle w:val="ListParagraph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B540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B5402">
        <w:rPr>
          <w:rFonts w:ascii="Times New Roman" w:hAnsi="Times New Roman" w:cs="Times New Roman"/>
          <w:sz w:val="24"/>
          <w:szCs w:val="24"/>
        </w:rPr>
        <w:t xml:space="preserve">) Computer </w:t>
      </w:r>
      <w:r w:rsidR="004F3DCA" w:rsidRPr="004B5402">
        <w:rPr>
          <w:rFonts w:ascii="Times New Roman" w:hAnsi="Times New Roman" w:cs="Times New Roman"/>
          <w:sz w:val="24"/>
          <w:szCs w:val="24"/>
        </w:rPr>
        <w:t xml:space="preserve">hardware </w:t>
      </w:r>
      <w:r w:rsidRPr="004B5402">
        <w:rPr>
          <w:rFonts w:ascii="Times New Roman" w:hAnsi="Times New Roman" w:cs="Times New Roman"/>
          <w:sz w:val="24"/>
          <w:szCs w:val="24"/>
        </w:rPr>
        <w:br/>
        <w:t xml:space="preserve">(ii) </w:t>
      </w:r>
      <w:r w:rsidR="004F3DCA" w:rsidRPr="004B5402">
        <w:rPr>
          <w:rFonts w:ascii="Times New Roman" w:hAnsi="Times New Roman" w:cs="Times New Roman"/>
          <w:sz w:val="24"/>
          <w:szCs w:val="24"/>
        </w:rPr>
        <w:t xml:space="preserve">Peripheral component </w:t>
      </w:r>
    </w:p>
    <w:p w:rsidR="004F3DCA" w:rsidRDefault="009043C9" w:rsidP="004F3D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“Computers are very important in an Organization”. Justify this statement by</w:t>
      </w:r>
      <w:r w:rsidR="004F3DCA" w:rsidRPr="004B5402">
        <w:rPr>
          <w:rFonts w:ascii="Times New Roman" w:hAnsi="Times New Roman" w:cs="Times New Roman"/>
          <w:sz w:val="24"/>
          <w:szCs w:val="24"/>
        </w:rPr>
        <w:t xml:space="preserve"> stating four </w:t>
      </w:r>
      <w:r w:rsidRPr="004B5402">
        <w:rPr>
          <w:rFonts w:ascii="Times New Roman" w:hAnsi="Times New Roman" w:cs="Times New Roman"/>
          <w:sz w:val="24"/>
          <w:szCs w:val="24"/>
        </w:rPr>
        <w:t>functions of a computer facility within an organization</w:t>
      </w:r>
      <w:r w:rsidR="004F3DCA" w:rsidRPr="004B5402">
        <w:rPr>
          <w:rFonts w:ascii="Times New Roman" w:hAnsi="Times New Roman" w:cs="Times New Roman"/>
          <w:sz w:val="24"/>
          <w:szCs w:val="24"/>
        </w:rPr>
        <w:t xml:space="preserve">                     (4 marks)</w:t>
      </w:r>
    </w:p>
    <w:p w:rsidR="00BB1802" w:rsidRPr="00BB1802" w:rsidRDefault="00BB1802" w:rsidP="00BB1802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Pr="004B5402">
        <w:rPr>
          <w:rFonts w:ascii="Times New Roman" w:hAnsi="Times New Roman" w:cs="Times New Roman"/>
          <w:sz w:val="24"/>
          <w:szCs w:val="24"/>
        </w:rPr>
        <w:t xml:space="preserve"> two advantages o</w:t>
      </w:r>
      <w:r>
        <w:rPr>
          <w:rFonts w:ascii="Times New Roman" w:hAnsi="Times New Roman" w:cs="Times New Roman"/>
          <w:sz w:val="24"/>
          <w:szCs w:val="24"/>
        </w:rPr>
        <w:t xml:space="preserve">f a Cache memory                                              </w:t>
      </w:r>
      <w:r w:rsidRPr="004B5402">
        <w:rPr>
          <w:rFonts w:ascii="Times New Roman" w:hAnsi="Times New Roman" w:cs="Times New Roman"/>
          <w:sz w:val="24"/>
          <w:szCs w:val="24"/>
        </w:rPr>
        <w:t>(4 marks)</w:t>
      </w:r>
    </w:p>
    <w:p w:rsidR="00365669" w:rsidRDefault="009043C9" w:rsidP="004F3D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Highligh</w:t>
      </w:r>
      <w:r w:rsidR="004F3DCA" w:rsidRPr="004B5402">
        <w:rPr>
          <w:rFonts w:ascii="Times New Roman" w:hAnsi="Times New Roman" w:cs="Times New Roman"/>
          <w:sz w:val="24"/>
          <w:szCs w:val="24"/>
        </w:rPr>
        <w:t>t four reasons why computers sy</w:t>
      </w:r>
      <w:r w:rsidRPr="004B5402">
        <w:rPr>
          <w:rFonts w:ascii="Times New Roman" w:hAnsi="Times New Roman" w:cs="Times New Roman"/>
          <w:sz w:val="24"/>
          <w:szCs w:val="24"/>
        </w:rPr>
        <w:t>stem require secondary storage.</w:t>
      </w:r>
      <w:r w:rsidR="00365669" w:rsidRPr="004B5402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BB1802" w:rsidRPr="00BB1802" w:rsidRDefault="00BB1802" w:rsidP="00BB1802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t>Buying a computer from the market requires a careful c</w:t>
      </w:r>
      <w:r>
        <w:rPr>
          <w:rFonts w:ascii="Times New Roman" w:hAnsi="Times New Roman" w:cs="Times New Roman"/>
          <w:sz w:val="24"/>
          <w:szCs w:val="24"/>
        </w:rPr>
        <w:t xml:space="preserve">onsideration, Explain any three </w:t>
      </w:r>
      <w:r w:rsidRPr="00195626">
        <w:rPr>
          <w:rFonts w:ascii="Times New Roman" w:hAnsi="Times New Roman" w:cs="Times New Roman"/>
          <w:sz w:val="24"/>
          <w:szCs w:val="24"/>
        </w:rPr>
        <w:t xml:space="preserve">specifications that one should considered when sourcing for a </w:t>
      </w:r>
      <w:r>
        <w:rPr>
          <w:rFonts w:ascii="Times New Roman" w:hAnsi="Times New Roman" w:cs="Times New Roman"/>
          <w:sz w:val="24"/>
          <w:szCs w:val="24"/>
        </w:rPr>
        <w:t xml:space="preserve">computer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A04C39" w:rsidRPr="004B5402" w:rsidRDefault="009043C9" w:rsidP="004F3D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B</w:t>
      </w:r>
      <w:r w:rsidR="00365669" w:rsidRPr="004B5402">
        <w:rPr>
          <w:rFonts w:ascii="Times New Roman" w:hAnsi="Times New Roman" w:cs="Times New Roman"/>
          <w:sz w:val="24"/>
          <w:szCs w:val="24"/>
        </w:rPr>
        <w:t>y citing an example in each case classify</w:t>
      </w:r>
      <w:r w:rsidRPr="004B5402">
        <w:rPr>
          <w:rFonts w:ascii="Times New Roman" w:hAnsi="Times New Roman" w:cs="Times New Roman"/>
          <w:sz w:val="24"/>
          <w:szCs w:val="24"/>
        </w:rPr>
        <w:t xml:space="preserve"> computers based </w:t>
      </w:r>
      <w:r w:rsidR="00365669" w:rsidRPr="004B5402">
        <w:rPr>
          <w:rFonts w:ascii="Times New Roman" w:hAnsi="Times New Roman" w:cs="Times New Roman"/>
          <w:sz w:val="24"/>
          <w:szCs w:val="24"/>
        </w:rPr>
        <w:t>on the type of data which they c</w:t>
      </w:r>
      <w:r w:rsidRPr="004B5402">
        <w:rPr>
          <w:rFonts w:ascii="Times New Roman" w:hAnsi="Times New Roman" w:cs="Times New Roman"/>
          <w:sz w:val="24"/>
          <w:szCs w:val="24"/>
        </w:rPr>
        <w:t xml:space="preserve">an manipulate, purpose or according to functionality </w:t>
      </w:r>
      <w:r w:rsidR="00365669" w:rsidRPr="004B5402">
        <w:rPr>
          <w:rFonts w:ascii="Times New Roman" w:hAnsi="Times New Roman" w:cs="Times New Roman"/>
          <w:sz w:val="24"/>
          <w:szCs w:val="24"/>
        </w:rPr>
        <w:t xml:space="preserve">            (8 marks). </w:t>
      </w:r>
      <w:r w:rsidR="00A04C39" w:rsidRPr="004B5402">
        <w:rPr>
          <w:rFonts w:ascii="Times New Roman" w:hAnsi="Times New Roman" w:cs="Times New Roman"/>
          <w:sz w:val="24"/>
          <w:szCs w:val="24"/>
        </w:rPr>
        <w:br/>
      </w:r>
      <w:r w:rsidR="00A04C39" w:rsidRPr="004B5402">
        <w:rPr>
          <w:rFonts w:ascii="Times New Roman" w:hAnsi="Times New Roman" w:cs="Times New Roman"/>
          <w:sz w:val="24"/>
          <w:szCs w:val="24"/>
        </w:rPr>
        <w:br/>
      </w:r>
      <w:r w:rsidR="00195626">
        <w:rPr>
          <w:rFonts w:ascii="Times New Roman" w:hAnsi="Times New Roman" w:cs="Times New Roman"/>
          <w:b/>
          <w:sz w:val="24"/>
          <w:szCs w:val="24"/>
        </w:rPr>
        <w:t>QUESTION TWO (</w:t>
      </w:r>
      <w:r w:rsidR="00A04C39" w:rsidRPr="00195626">
        <w:rPr>
          <w:rFonts w:ascii="Times New Roman" w:hAnsi="Times New Roman" w:cs="Times New Roman"/>
          <w:b/>
          <w:sz w:val="24"/>
          <w:szCs w:val="24"/>
        </w:rPr>
        <w:t>15 Marks)</w:t>
      </w:r>
    </w:p>
    <w:p w:rsidR="00195626" w:rsidRDefault="009043C9" w:rsidP="00195626">
      <w:pPr>
        <w:pStyle w:val="ListParagraph"/>
        <w:numPr>
          <w:ilvl w:val="0"/>
          <w:numId w:val="1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By citing an example in each case, di</w:t>
      </w:r>
      <w:r w:rsidR="00A04C39" w:rsidRPr="004B5402">
        <w:rPr>
          <w:rFonts w:ascii="Times New Roman" w:hAnsi="Times New Roman" w:cs="Times New Roman"/>
          <w:sz w:val="24"/>
          <w:szCs w:val="24"/>
        </w:rPr>
        <w:t>fferentiate between the following terms as used in computer.</w:t>
      </w:r>
    </w:p>
    <w:p w:rsidR="00A04C39" w:rsidRPr="004B5402" w:rsidRDefault="009043C9" w:rsidP="00195626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Primary</w:t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 memory</w:t>
      </w:r>
      <w:r>
        <w:rPr>
          <w:rFonts w:ascii="Times New Roman" w:hAnsi="Times New Roman" w:cs="Times New Roman"/>
          <w:sz w:val="24"/>
          <w:szCs w:val="24"/>
        </w:rPr>
        <w:t xml:space="preserve"> and Secondary</w:t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 memory           </w:t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BB1802">
        <w:rPr>
          <w:rFonts w:ascii="Times New Roman" w:hAnsi="Times New Roman" w:cs="Times New Roman"/>
          <w:sz w:val="24"/>
          <w:szCs w:val="24"/>
        </w:rPr>
        <w:t>(3</w:t>
      </w:r>
      <w:r w:rsidRPr="004B5402">
        <w:rPr>
          <w:rFonts w:ascii="Times New Roman" w:hAnsi="Times New Roman" w:cs="Times New Roman"/>
          <w:sz w:val="24"/>
          <w:szCs w:val="24"/>
        </w:rPr>
        <w:t xml:space="preserve"> marks</w:t>
      </w:r>
      <w:proofErr w:type="gramStart"/>
      <w:r w:rsidRPr="004B540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4B5402">
        <w:rPr>
          <w:rFonts w:ascii="Times New Roman" w:hAnsi="Times New Roman" w:cs="Times New Roman"/>
          <w:sz w:val="24"/>
          <w:szCs w:val="24"/>
        </w:rPr>
        <w:br/>
        <w:t>(ii) Impact and non-impact prin</w:t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ters                       </w:t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 (4 marks)</w:t>
      </w:r>
      <w:r w:rsidR="00BB1802">
        <w:rPr>
          <w:rFonts w:ascii="Times New Roman" w:hAnsi="Times New Roman" w:cs="Times New Roman"/>
          <w:sz w:val="24"/>
          <w:szCs w:val="24"/>
        </w:rPr>
        <w:br/>
        <w:t>(iii</w:t>
      </w:r>
      <w:r w:rsidRPr="004B5402">
        <w:rPr>
          <w:rFonts w:ascii="Times New Roman" w:hAnsi="Times New Roman" w:cs="Times New Roman"/>
          <w:sz w:val="24"/>
          <w:szCs w:val="24"/>
        </w:rPr>
        <w:t>) Hard disk drive and solid state drive</w:t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195626">
        <w:rPr>
          <w:rFonts w:ascii="Times New Roman" w:hAnsi="Times New Roman" w:cs="Times New Roman"/>
          <w:sz w:val="24"/>
          <w:szCs w:val="24"/>
        </w:rPr>
        <w:tab/>
      </w:r>
      <w:r w:rsidR="00A04C39" w:rsidRPr="004B5402">
        <w:rPr>
          <w:rFonts w:ascii="Times New Roman" w:hAnsi="Times New Roman" w:cs="Times New Roman"/>
          <w:sz w:val="24"/>
          <w:szCs w:val="24"/>
        </w:rPr>
        <w:t>(4 marks)</w:t>
      </w:r>
    </w:p>
    <w:p w:rsidR="006426F1" w:rsidRDefault="009043C9" w:rsidP="00195626">
      <w:pPr>
        <w:pStyle w:val="ListParagraph"/>
        <w:numPr>
          <w:ilvl w:val="0"/>
          <w:numId w:val="13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B5402">
        <w:rPr>
          <w:rFonts w:ascii="Times New Roman" w:hAnsi="Times New Roman" w:cs="Times New Roman"/>
          <w:sz w:val="24"/>
          <w:szCs w:val="24"/>
        </w:rPr>
        <w:t>Computer</w:t>
      </w:r>
      <w:r w:rsidR="00A04C39" w:rsidRPr="004B5402">
        <w:rPr>
          <w:rFonts w:ascii="Times New Roman" w:hAnsi="Times New Roman" w:cs="Times New Roman"/>
          <w:sz w:val="24"/>
          <w:szCs w:val="24"/>
        </w:rPr>
        <w:t>s have various applications</w:t>
      </w:r>
      <w:r w:rsidRPr="004B5402">
        <w:rPr>
          <w:rFonts w:ascii="Times New Roman" w:hAnsi="Times New Roman" w:cs="Times New Roman"/>
          <w:sz w:val="24"/>
          <w:szCs w:val="24"/>
        </w:rPr>
        <w:t xml:space="preserve"> in the real life situati</w:t>
      </w:r>
      <w:r w:rsidR="00A04C39" w:rsidRPr="004B5402">
        <w:rPr>
          <w:rFonts w:ascii="Times New Roman" w:hAnsi="Times New Roman" w:cs="Times New Roman"/>
          <w:sz w:val="24"/>
          <w:szCs w:val="24"/>
        </w:rPr>
        <w:t xml:space="preserve">on. Highlight four application </w:t>
      </w:r>
      <w:r w:rsidRPr="004B5402">
        <w:rPr>
          <w:rFonts w:ascii="Times New Roman" w:hAnsi="Times New Roman" w:cs="Times New Roman"/>
          <w:sz w:val="24"/>
          <w:szCs w:val="24"/>
        </w:rPr>
        <w:t>areas in which computers are being used at our homes</w:t>
      </w:r>
      <w:r w:rsidR="00A04C39" w:rsidRPr="004B5402">
        <w:rPr>
          <w:rFonts w:ascii="Times New Roman" w:hAnsi="Times New Roman" w:cs="Times New Roman"/>
          <w:sz w:val="24"/>
          <w:szCs w:val="24"/>
        </w:rPr>
        <w:t>.       (4 Marks)</w:t>
      </w:r>
    </w:p>
    <w:p w:rsidR="00BB1802" w:rsidRDefault="00BB1802" w:rsidP="00195626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195626" w:rsidRPr="00195626" w:rsidRDefault="00195626" w:rsidP="00195626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95626"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 w:rsidR="00195626" w:rsidRPr="00BB1802" w:rsidRDefault="00BB1802" w:rsidP="00BB1802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B1802">
        <w:rPr>
          <w:rFonts w:ascii="Times New Roman" w:hAnsi="Times New Roman" w:cs="Times New Roman"/>
          <w:sz w:val="24"/>
          <w:szCs w:val="24"/>
        </w:rPr>
        <w:t>Computer is one of the global technologies and has its advantages and disadvantages. Discuss its disadvantages.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(5 Marks)</w:t>
      </w:r>
      <w:r w:rsidR="00195626" w:rsidRPr="00BB1802">
        <w:rPr>
          <w:rFonts w:ascii="Times New Roman" w:hAnsi="Times New Roman" w:cs="Times New Roman"/>
          <w:sz w:val="24"/>
          <w:szCs w:val="24"/>
        </w:rPr>
        <w:tab/>
      </w:r>
    </w:p>
    <w:p w:rsidR="00195626" w:rsidRDefault="00195626" w:rsidP="0019562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t xml:space="preserve">Using a well labeled diagram, identify the hardware </w:t>
      </w:r>
      <w:r>
        <w:rPr>
          <w:rFonts w:ascii="Times New Roman" w:hAnsi="Times New Roman" w:cs="Times New Roman"/>
          <w:sz w:val="24"/>
          <w:szCs w:val="24"/>
        </w:rPr>
        <w:t xml:space="preserve">components in a modern computer </w:t>
      </w:r>
      <w:r w:rsidRPr="00195626">
        <w:rPr>
          <w:rFonts w:ascii="Times New Roman" w:hAnsi="Times New Roman" w:cs="Times New Roman"/>
          <w:sz w:val="24"/>
          <w:szCs w:val="24"/>
        </w:rPr>
        <w:t>system and their roles in processing information              (5 Marks)</w:t>
      </w:r>
    </w:p>
    <w:p w:rsidR="00BB1802" w:rsidRPr="00B31CF5" w:rsidRDefault="00BB1802" w:rsidP="003E1B65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1CF5">
        <w:rPr>
          <w:rFonts w:ascii="Times New Roman" w:hAnsi="Times New Roman" w:cs="Times New Roman"/>
          <w:sz w:val="24"/>
          <w:szCs w:val="24"/>
        </w:rPr>
        <w:t>“Application of computer technology has impacted the society in a big way”. Discuss the negative impact of computer technology in the context of the Kenyan society                                                                                                      (</w:t>
      </w:r>
      <w:r w:rsidR="00B31CF5" w:rsidRPr="00B31CF5">
        <w:rPr>
          <w:rFonts w:ascii="Times New Roman" w:hAnsi="Times New Roman" w:cs="Times New Roman"/>
          <w:sz w:val="24"/>
          <w:szCs w:val="24"/>
        </w:rPr>
        <w:t>5</w:t>
      </w:r>
      <w:r w:rsidRPr="00B31CF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B30B1" w:rsidRDefault="009043C9" w:rsidP="00195626">
      <w:pPr>
        <w:pStyle w:val="ListParagraph"/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br/>
      </w:r>
      <w:r w:rsidRPr="00195626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  <w:r w:rsidR="00195626" w:rsidRPr="00195626">
        <w:rPr>
          <w:rFonts w:ascii="Times New Roman" w:hAnsi="Times New Roman" w:cs="Times New Roman"/>
          <w:b/>
          <w:sz w:val="24"/>
          <w:szCs w:val="24"/>
        </w:rPr>
        <w:t>(</w:t>
      </w:r>
      <w:r w:rsidRPr="00195626">
        <w:rPr>
          <w:rFonts w:ascii="Times New Roman" w:hAnsi="Times New Roman" w:cs="Times New Roman"/>
          <w:b/>
          <w:sz w:val="24"/>
          <w:szCs w:val="24"/>
        </w:rPr>
        <w:t>15</w:t>
      </w:r>
      <w:r w:rsidR="00195626" w:rsidRPr="0019562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0B30B1" w:rsidRDefault="004B5402" w:rsidP="000B30B1">
      <w:pPr>
        <w:pStyle w:val="ListParagraph"/>
        <w:numPr>
          <w:ilvl w:val="0"/>
          <w:numId w:val="15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t xml:space="preserve"> </w:t>
      </w:r>
      <w:r w:rsidR="004F3DCA" w:rsidRPr="00195626">
        <w:rPr>
          <w:rFonts w:ascii="Times New Roman" w:hAnsi="Times New Roman" w:cs="Times New Roman"/>
          <w:sz w:val="24"/>
          <w:szCs w:val="24"/>
        </w:rPr>
        <w:t xml:space="preserve">In a computer system both input devices and output </w:t>
      </w:r>
      <w:r w:rsidRPr="00195626">
        <w:rPr>
          <w:rFonts w:ascii="Times New Roman" w:hAnsi="Times New Roman" w:cs="Times New Roman"/>
          <w:sz w:val="24"/>
          <w:szCs w:val="24"/>
        </w:rPr>
        <w:t>devices are used as a means to c</w:t>
      </w:r>
      <w:r w:rsidR="004F3DCA" w:rsidRPr="00195626">
        <w:rPr>
          <w:rFonts w:ascii="Times New Roman" w:hAnsi="Times New Roman" w:cs="Times New Roman"/>
          <w:sz w:val="24"/>
          <w:szCs w:val="24"/>
        </w:rPr>
        <w:t>arryin</w:t>
      </w:r>
      <w:r w:rsidRPr="00195626">
        <w:rPr>
          <w:rFonts w:ascii="Times New Roman" w:hAnsi="Times New Roman" w:cs="Times New Roman"/>
          <w:sz w:val="24"/>
          <w:szCs w:val="24"/>
        </w:rPr>
        <w:t>g</w:t>
      </w:r>
      <w:r w:rsidR="00195626">
        <w:rPr>
          <w:rFonts w:ascii="Times New Roman" w:hAnsi="Times New Roman" w:cs="Times New Roman"/>
          <w:sz w:val="24"/>
          <w:szCs w:val="24"/>
        </w:rPr>
        <w:t xml:space="preserve"> o</w:t>
      </w:r>
      <w:r w:rsidR="004F3DCA" w:rsidRPr="00195626">
        <w:rPr>
          <w:rFonts w:ascii="Times New Roman" w:hAnsi="Times New Roman" w:cs="Times New Roman"/>
          <w:sz w:val="24"/>
          <w:szCs w:val="24"/>
        </w:rPr>
        <w:t xml:space="preserve">ut computational processes. Define the term input devices and </w:t>
      </w:r>
      <w:r w:rsidR="00195626">
        <w:rPr>
          <w:rFonts w:ascii="Times New Roman" w:hAnsi="Times New Roman" w:cs="Times New Roman"/>
          <w:sz w:val="24"/>
          <w:szCs w:val="24"/>
        </w:rPr>
        <w:t xml:space="preserve">output devices; and state any one </w:t>
      </w:r>
      <w:r w:rsidR="004F3DCA" w:rsidRPr="00195626">
        <w:rPr>
          <w:rFonts w:ascii="Times New Roman" w:hAnsi="Times New Roman" w:cs="Times New Roman"/>
          <w:sz w:val="24"/>
          <w:szCs w:val="24"/>
        </w:rPr>
        <w:t xml:space="preserve">devices for each category. </w:t>
      </w:r>
      <w:r w:rsidR="00195626">
        <w:rPr>
          <w:rFonts w:ascii="Times New Roman" w:hAnsi="Times New Roman" w:cs="Times New Roman"/>
          <w:sz w:val="24"/>
          <w:szCs w:val="24"/>
        </w:rPr>
        <w:t xml:space="preserve">  </w:t>
      </w:r>
      <w:r w:rsidR="000B30B1">
        <w:rPr>
          <w:rFonts w:ascii="Times New Roman" w:hAnsi="Times New Roman" w:cs="Times New Roman"/>
          <w:sz w:val="24"/>
          <w:szCs w:val="24"/>
        </w:rPr>
        <w:tab/>
      </w:r>
      <w:r w:rsidR="000B30B1">
        <w:rPr>
          <w:rFonts w:ascii="Times New Roman" w:hAnsi="Times New Roman" w:cs="Times New Roman"/>
          <w:sz w:val="24"/>
          <w:szCs w:val="24"/>
        </w:rPr>
        <w:tab/>
      </w:r>
      <w:r w:rsidR="00195626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0B30B1" w:rsidRDefault="004F3DCA" w:rsidP="000B30B1">
      <w:pPr>
        <w:pStyle w:val="ListParagraph"/>
        <w:numPr>
          <w:ilvl w:val="0"/>
          <w:numId w:val="15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t>Solve the following number system conversion questio</w:t>
      </w:r>
      <w:r w:rsidR="009043C9" w:rsidRPr="00195626">
        <w:rPr>
          <w:rFonts w:ascii="Times New Roman" w:hAnsi="Times New Roman" w:cs="Times New Roman"/>
          <w:sz w:val="24"/>
          <w:szCs w:val="24"/>
        </w:rPr>
        <w:t xml:space="preserve">ns </w:t>
      </w:r>
      <w:r w:rsidR="000B30B1">
        <w:rPr>
          <w:rFonts w:ascii="Times New Roman" w:hAnsi="Times New Roman" w:cs="Times New Roman"/>
          <w:sz w:val="24"/>
          <w:szCs w:val="24"/>
        </w:rPr>
        <w:tab/>
      </w:r>
      <w:r w:rsidR="000B30B1">
        <w:rPr>
          <w:rFonts w:ascii="Times New Roman" w:hAnsi="Times New Roman" w:cs="Times New Roman"/>
          <w:sz w:val="24"/>
          <w:szCs w:val="24"/>
        </w:rPr>
        <w:tab/>
        <w:t>(5</w:t>
      </w:r>
      <w:r w:rsidR="009043C9" w:rsidRPr="00195626">
        <w:rPr>
          <w:rFonts w:ascii="Times New Roman" w:hAnsi="Times New Roman" w:cs="Times New Roman"/>
          <w:sz w:val="24"/>
          <w:szCs w:val="24"/>
        </w:rPr>
        <w:t xml:space="preserve"> </w:t>
      </w:r>
      <w:r w:rsidR="004B5402" w:rsidRPr="00195626">
        <w:rPr>
          <w:rFonts w:ascii="Times New Roman" w:hAnsi="Times New Roman" w:cs="Times New Roman"/>
          <w:sz w:val="24"/>
          <w:szCs w:val="24"/>
        </w:rPr>
        <w:t>marks)</w:t>
      </w:r>
      <w:r w:rsidR="00195626">
        <w:rPr>
          <w:rFonts w:ascii="Times New Roman" w:hAnsi="Times New Roman" w:cs="Times New Roman"/>
          <w:sz w:val="24"/>
          <w:szCs w:val="24"/>
        </w:rPr>
        <w:t xml:space="preserve">       </w:t>
      </w:r>
      <w:r w:rsidR="00195626">
        <w:rPr>
          <w:rFonts w:ascii="Times New Roman" w:hAnsi="Times New Roman" w:cs="Times New Roman"/>
          <w:sz w:val="24"/>
          <w:szCs w:val="24"/>
        </w:rPr>
        <w:tab/>
      </w:r>
    </w:p>
    <w:p w:rsidR="000B30B1" w:rsidRDefault="004B5402" w:rsidP="000B30B1">
      <w:pPr>
        <w:pStyle w:val="ListParagraph"/>
        <w:numPr>
          <w:ilvl w:val="0"/>
          <w:numId w:val="16"/>
        </w:numPr>
        <w:spacing w:after="0"/>
        <w:ind w:left="1701" w:hanging="425"/>
        <w:rPr>
          <w:rFonts w:ascii="Times New Roman" w:hAnsi="Times New Roman" w:cs="Times New Roman"/>
          <w:sz w:val="24"/>
          <w:szCs w:val="24"/>
        </w:rPr>
      </w:pPr>
      <w:r w:rsidRPr="00195626">
        <w:rPr>
          <w:rFonts w:ascii="Times New Roman" w:hAnsi="Times New Roman" w:cs="Times New Roman"/>
          <w:sz w:val="24"/>
          <w:szCs w:val="24"/>
        </w:rPr>
        <w:t>Convert (4BC</w:t>
      </w:r>
      <w:proofErr w:type="gramStart"/>
      <w:r w:rsidRPr="00195626">
        <w:rPr>
          <w:rFonts w:ascii="Times New Roman" w:hAnsi="Times New Roman" w:cs="Times New Roman"/>
          <w:sz w:val="24"/>
          <w:szCs w:val="24"/>
        </w:rPr>
        <w:t>)</w:t>
      </w:r>
      <w:r w:rsidRPr="000B30B1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proofErr w:type="gramEnd"/>
      <w:r w:rsidR="004F3DCA" w:rsidRPr="00195626">
        <w:rPr>
          <w:rFonts w:ascii="Times New Roman" w:hAnsi="Times New Roman" w:cs="Times New Roman"/>
          <w:sz w:val="24"/>
          <w:szCs w:val="24"/>
        </w:rPr>
        <w:t xml:space="preserve"> to the decimal n</w:t>
      </w:r>
      <w:r w:rsidR="00195626">
        <w:rPr>
          <w:rFonts w:ascii="Times New Roman" w:hAnsi="Times New Roman" w:cs="Times New Roman"/>
          <w:sz w:val="24"/>
          <w:szCs w:val="24"/>
        </w:rPr>
        <w:t>umber system.</w:t>
      </w:r>
    </w:p>
    <w:p w:rsidR="000B30B1" w:rsidRPr="000B30B1" w:rsidRDefault="00195626" w:rsidP="000B30B1">
      <w:pPr>
        <w:pStyle w:val="ListParagraph"/>
        <w:numPr>
          <w:ilvl w:val="0"/>
          <w:numId w:val="16"/>
        </w:numPr>
        <w:spacing w:after="0"/>
        <w:ind w:left="1701" w:hanging="425"/>
        <w:rPr>
          <w:rFonts w:ascii="Times New Roman" w:hAnsi="Times New Roman" w:cs="Times New Roman"/>
          <w:sz w:val="24"/>
          <w:szCs w:val="24"/>
        </w:rPr>
      </w:pPr>
      <w:r w:rsidRPr="000B30B1">
        <w:rPr>
          <w:rFonts w:ascii="Times New Roman" w:hAnsi="Times New Roman" w:cs="Times New Roman"/>
          <w:sz w:val="24"/>
          <w:szCs w:val="24"/>
        </w:rPr>
        <w:t xml:space="preserve"> </w:t>
      </w:r>
      <w:r w:rsidR="004B5402" w:rsidRPr="000B30B1">
        <w:rPr>
          <w:rFonts w:ascii="Times New Roman" w:hAnsi="Times New Roman" w:cs="Times New Roman"/>
          <w:sz w:val="24"/>
          <w:szCs w:val="24"/>
        </w:rPr>
        <w:t>Convert (546)</w:t>
      </w:r>
      <w:r w:rsidR="00BB1802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4F3DCA" w:rsidRPr="000B30B1">
        <w:rPr>
          <w:rFonts w:ascii="Times New Roman" w:hAnsi="Times New Roman" w:cs="Times New Roman"/>
          <w:sz w:val="24"/>
          <w:szCs w:val="24"/>
        </w:rPr>
        <w:t xml:space="preserve"> t</w:t>
      </w:r>
      <w:r w:rsidR="009043C9" w:rsidRPr="000B30B1">
        <w:rPr>
          <w:rFonts w:ascii="Times New Roman" w:hAnsi="Times New Roman" w:cs="Times New Roman"/>
          <w:sz w:val="24"/>
          <w:szCs w:val="24"/>
        </w:rPr>
        <w:t xml:space="preserve">o the hexadecimal number system </w:t>
      </w:r>
    </w:p>
    <w:p w:rsidR="006426F1" w:rsidRPr="00B31CF5" w:rsidRDefault="000B30B1" w:rsidP="00155C40">
      <w:pPr>
        <w:pStyle w:val="ListParagraph"/>
        <w:numPr>
          <w:ilvl w:val="0"/>
          <w:numId w:val="15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B31CF5">
        <w:rPr>
          <w:rFonts w:ascii="Times New Roman" w:eastAsia="Times New Roman" w:hAnsi="Times New Roman" w:cs="Times New Roman"/>
          <w:sz w:val="24"/>
          <w:szCs w:val="24"/>
        </w:rPr>
        <w:t xml:space="preserve">Discuss the significance of the </w:t>
      </w:r>
      <w:r w:rsidRPr="00B31CF5">
        <w:rPr>
          <w:rFonts w:ascii="Times New Roman" w:eastAsia="Times New Roman" w:hAnsi="Times New Roman" w:cs="Times New Roman"/>
          <w:b/>
          <w:bCs/>
          <w:sz w:val="24"/>
          <w:szCs w:val="24"/>
        </w:rPr>
        <w:t>Fetch-Decode-Execute</w:t>
      </w:r>
      <w:r w:rsidRPr="00B31CF5">
        <w:rPr>
          <w:rFonts w:ascii="Times New Roman" w:eastAsia="Times New Roman" w:hAnsi="Times New Roman" w:cs="Times New Roman"/>
          <w:sz w:val="24"/>
          <w:szCs w:val="24"/>
        </w:rPr>
        <w:t xml:space="preserve"> cycle in computer operations</w:t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</w:r>
      <w:r w:rsidRPr="00B31CF5">
        <w:rPr>
          <w:rFonts w:ascii="Times New Roman" w:eastAsia="Times New Roman" w:hAnsi="Times New Roman" w:cs="Times New Roman"/>
          <w:sz w:val="24"/>
          <w:szCs w:val="24"/>
        </w:rPr>
        <w:tab/>
        <w:t>(6 Marks)</w:t>
      </w:r>
      <w:r w:rsidR="004F3DCA" w:rsidRPr="00B31CF5">
        <w:rPr>
          <w:rFonts w:ascii="Times New Roman" w:hAnsi="Times New Roman" w:cs="Times New Roman"/>
          <w:sz w:val="24"/>
          <w:szCs w:val="24"/>
        </w:rPr>
        <w:br/>
      </w:r>
    </w:p>
    <w:sectPr w:rsidR="006426F1" w:rsidRPr="00B31CF5" w:rsidSect="00B31CF5">
      <w:pgSz w:w="12240" w:h="15840"/>
      <w:pgMar w:top="1440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653C23"/>
    <w:multiLevelType w:val="hybridMultilevel"/>
    <w:tmpl w:val="85C44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E60FC7"/>
    <w:multiLevelType w:val="hybridMultilevel"/>
    <w:tmpl w:val="EB5CAB4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CBE6569"/>
    <w:multiLevelType w:val="hybridMultilevel"/>
    <w:tmpl w:val="AD2CFADE"/>
    <w:lvl w:ilvl="0" w:tplc="04090019">
      <w:start w:val="1"/>
      <w:numFmt w:val="lowerLetter"/>
      <w:lvlText w:val="%1."/>
      <w:lvlJc w:val="left"/>
      <w:pPr>
        <w:ind w:left="426" w:hanging="360"/>
      </w:p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>
    <w:nsid w:val="2C946D95"/>
    <w:multiLevelType w:val="hybridMultilevel"/>
    <w:tmpl w:val="6E9823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93568"/>
    <w:multiLevelType w:val="hybridMultilevel"/>
    <w:tmpl w:val="17A8E04E"/>
    <w:lvl w:ilvl="0" w:tplc="FF0629F6">
      <w:start w:val="1"/>
      <w:numFmt w:val="lowerRoman"/>
      <w:lvlText w:val="%1."/>
      <w:lvlJc w:val="left"/>
      <w:pPr>
        <w:ind w:left="45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8" w:hanging="360"/>
      </w:pPr>
    </w:lvl>
    <w:lvl w:ilvl="2" w:tplc="0409001B" w:tentative="1">
      <w:start w:val="1"/>
      <w:numFmt w:val="lowerRoman"/>
      <w:lvlText w:val="%3."/>
      <w:lvlJc w:val="right"/>
      <w:pPr>
        <w:ind w:left="5658" w:hanging="180"/>
      </w:pPr>
    </w:lvl>
    <w:lvl w:ilvl="3" w:tplc="0409000F" w:tentative="1">
      <w:start w:val="1"/>
      <w:numFmt w:val="decimal"/>
      <w:lvlText w:val="%4."/>
      <w:lvlJc w:val="left"/>
      <w:pPr>
        <w:ind w:left="6378" w:hanging="360"/>
      </w:pPr>
    </w:lvl>
    <w:lvl w:ilvl="4" w:tplc="04090019" w:tentative="1">
      <w:start w:val="1"/>
      <w:numFmt w:val="lowerLetter"/>
      <w:lvlText w:val="%5."/>
      <w:lvlJc w:val="left"/>
      <w:pPr>
        <w:ind w:left="7098" w:hanging="360"/>
      </w:pPr>
    </w:lvl>
    <w:lvl w:ilvl="5" w:tplc="0409001B" w:tentative="1">
      <w:start w:val="1"/>
      <w:numFmt w:val="lowerRoman"/>
      <w:lvlText w:val="%6."/>
      <w:lvlJc w:val="right"/>
      <w:pPr>
        <w:ind w:left="7818" w:hanging="180"/>
      </w:pPr>
    </w:lvl>
    <w:lvl w:ilvl="6" w:tplc="0409000F" w:tentative="1">
      <w:start w:val="1"/>
      <w:numFmt w:val="decimal"/>
      <w:lvlText w:val="%7."/>
      <w:lvlJc w:val="left"/>
      <w:pPr>
        <w:ind w:left="8538" w:hanging="360"/>
      </w:pPr>
    </w:lvl>
    <w:lvl w:ilvl="7" w:tplc="04090019" w:tentative="1">
      <w:start w:val="1"/>
      <w:numFmt w:val="lowerLetter"/>
      <w:lvlText w:val="%8."/>
      <w:lvlJc w:val="left"/>
      <w:pPr>
        <w:ind w:left="9258" w:hanging="360"/>
      </w:pPr>
    </w:lvl>
    <w:lvl w:ilvl="8" w:tplc="0409001B" w:tentative="1">
      <w:start w:val="1"/>
      <w:numFmt w:val="lowerRoman"/>
      <w:lvlText w:val="%9."/>
      <w:lvlJc w:val="right"/>
      <w:pPr>
        <w:ind w:left="9978" w:hanging="180"/>
      </w:pPr>
    </w:lvl>
  </w:abstractNum>
  <w:abstractNum w:abstractNumId="1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9A2AEC"/>
    <w:multiLevelType w:val="hybridMultilevel"/>
    <w:tmpl w:val="07049A24"/>
    <w:lvl w:ilvl="0" w:tplc="A858AC7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9D35359"/>
    <w:multiLevelType w:val="hybridMultilevel"/>
    <w:tmpl w:val="2C9CE1CE"/>
    <w:lvl w:ilvl="0" w:tplc="4ACCDEC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2"/>
  </w:num>
  <w:num w:numId="12">
    <w:abstractNumId w:val="11"/>
  </w:num>
  <w:num w:numId="13">
    <w:abstractNumId w:val="16"/>
  </w:num>
  <w:num w:numId="14">
    <w:abstractNumId w:val="15"/>
  </w:num>
  <w:num w:numId="15">
    <w:abstractNumId w:val="10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30B1"/>
    <w:rsid w:val="0015074B"/>
    <w:rsid w:val="00195626"/>
    <w:rsid w:val="0029639D"/>
    <w:rsid w:val="00326F90"/>
    <w:rsid w:val="00365669"/>
    <w:rsid w:val="004B5402"/>
    <w:rsid w:val="004F3DCA"/>
    <w:rsid w:val="006426F1"/>
    <w:rsid w:val="009043C9"/>
    <w:rsid w:val="00A04C39"/>
    <w:rsid w:val="00AA1D8D"/>
    <w:rsid w:val="00B31CF5"/>
    <w:rsid w:val="00B47730"/>
    <w:rsid w:val="00BB18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459BA2A-D3C6-4017-AA91-2C4E8E49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DE7170-D5E8-4A82-8E8A-E0F3A59B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Chebi</cp:lastModifiedBy>
  <cp:revision>2</cp:revision>
  <dcterms:created xsi:type="dcterms:W3CDTF">2025-07-08T10:36:00Z</dcterms:created>
  <dcterms:modified xsi:type="dcterms:W3CDTF">2025-07-08T10:36:00Z</dcterms:modified>
  <cp:category/>
</cp:coreProperties>
</file>